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TemplateInstruction"/>
      </w:pPr>
      <w:r>
        <w:rPr>
          <w:rFonts w:ascii="Arial" w:hAnsi="Arial"/>
          <w:b w:val="0"/>
          <w:i/>
          <w:color w:val="666666"/>
          <w:sz w:val="17"/>
        </w:rPr>
        <w:t>Translation from Russian into English</w:t>
      </w:r>
    </w:p>
    <w:p>
      <w:pPr>
        <w:pStyle w:val="TranslationCompanyName"/>
      </w:pPr>
      <w:r>
        <w:rPr>
          <w:rFonts w:ascii="Arial" w:hAnsi="Arial"/>
          <w:b/>
          <w:i w:val="0"/>
          <w:color w:val="000000"/>
          <w:sz w:val="22"/>
        </w:rPr>
        <w:t>ORBITA CREATIVE | ORBITA KREATIV LLC</w:t>
      </w:r>
    </w:p>
    <w:p>
      <w:pPr>
        <w:pStyle w:val="TranslationCompanyDetail"/>
      </w:pPr>
      <w:r>
        <w:rPr>
          <w:rFonts w:ascii="Arial" w:hAnsi="Arial"/>
          <w:b w:val="0"/>
          <w:i w:val="0"/>
          <w:color w:val="000000"/>
          <w:sz w:val="17"/>
        </w:rPr>
        <w:t>DIGITAL DESIGN AND CREATIVE PROJECTS</w:t>
      </w:r>
    </w:p>
    <w:p>
      <w:pPr>
        <w:pStyle w:val="TranslationCompanyDetail"/>
      </w:pPr>
      <w:r>
        <w:rPr>
          <w:rFonts w:ascii="Arial" w:hAnsi="Arial"/>
          <w:b w:val="0"/>
          <w:i w:val="0"/>
          <w:color w:val="000000"/>
          <w:sz w:val="17"/>
        </w:rPr>
        <w:t>123100, Moscow, 15 Primerny Lane</w:t>
      </w:r>
    </w:p>
    <w:p>
      <w:pPr>
        <w:pStyle w:val="TranslationCompanyDetail"/>
      </w:pPr>
      <w:r>
        <w:rPr>
          <w:rFonts w:ascii="Arial" w:hAnsi="Arial"/>
          <w:b w:val="0"/>
          <w:i w:val="0"/>
          <w:color w:val="000000"/>
          <w:sz w:val="17"/>
        </w:rPr>
        <w:t>Taxpayer Identification Number (INN): 0000000000 | Tax Registration Reason Code (KPP): 000000000</w:t>
      </w:r>
    </w:p>
    <w:p>
      <w:pPr>
        <w:pStyle w:val="TranslationCompanyDetail"/>
      </w:pPr>
      <w:r>
        <w:rPr>
          <w:rFonts w:ascii="Arial" w:hAnsi="Arial"/>
          <w:b w:val="0"/>
          <w:i w:val="0"/>
          <w:color w:val="000000"/>
          <w:sz w:val="17"/>
        </w:rPr>
        <w:t>+7 (000) 000-00-00 | projects@example.com | www.example.com</w:t>
      </w:r>
    </w:p>
    <w:p>
      <w:pPr>
        <w:pStyle w:val="CertificateMetadata"/>
        <w:spacing w:after="40"/>
        <w:jc w:val="right"/>
      </w:pPr>
      <w:r>
        <w:rPr>
          <w:rFonts w:ascii="Arial" w:hAnsi="Arial"/>
          <w:b w:val="0"/>
          <w:i w:val="0"/>
          <w:color w:val="000000"/>
          <w:sz w:val="21"/>
        </w:rPr>
        <w:t>Ref. No. OK-087/26</w:t>
      </w:r>
    </w:p>
    <w:p>
      <w:pPr>
        <w:pStyle w:val="CertificateMetadata"/>
        <w:spacing w:after="40"/>
        <w:jc w:val="right"/>
      </w:pPr>
      <w:r>
        <w:rPr>
          <w:rFonts w:ascii="Arial" w:hAnsi="Arial"/>
          <w:b w:val="0"/>
          <w:i w:val="0"/>
          <w:color w:val="000000"/>
          <w:sz w:val="21"/>
        </w:rPr>
        <w:t>dated 5 August 2026</w:t>
      </w:r>
    </w:p>
    <w:p>
      <w:pPr>
        <w:pStyle w:val="CertificateMetadata"/>
        <w:spacing w:after="160"/>
        <w:jc w:val="right"/>
      </w:pPr>
      <w:r>
        <w:rPr>
          <w:rFonts w:ascii="Arial" w:hAnsi="Arial"/>
          <w:b w:val="0"/>
          <w:i w:val="0"/>
          <w:color w:val="000000"/>
          <w:sz w:val="21"/>
        </w:rPr>
        <w:t>To whom it may concern</w:t>
      </w:r>
    </w:p>
    <w:p>
      <w:pPr>
        <w:pStyle w:val="CertificateTitle"/>
        <w:keepNext/>
        <w:jc w:val="center"/>
      </w:pPr>
      <w:r>
        <w:rPr>
          <w:rFonts w:ascii="Arial" w:hAnsi="Arial"/>
          <w:b/>
          <w:i w:val="0"/>
          <w:color w:val="000000"/>
          <w:sz w:val="28"/>
        </w:rPr>
        <w:t>CONFIRMATION OF COOPERATION</w:t>
      </w:r>
    </w:p>
    <w:p>
      <w:pPr>
        <w:keepLines/>
        <w:spacing w:after="160"/>
      </w:pPr>
      <w:r>
        <w:rPr>
          <w:rFonts w:ascii="Arial" w:hAnsi="Arial"/>
          <w:b w:val="0"/>
          <w:i w:val="0"/>
          <w:color w:val="000000"/>
          <w:sz w:val="21"/>
        </w:rPr>
        <w:t>Orbita Kreativ LLC confirms that Mr Artem Kirillovich Solovyov, Taxpayer Identification Number (INN) 000000000000, registered as a professional income taxpayer, provides services to the company under Agreement No. OK-17/24 dated 2 September 2024.</w:t>
      </w:r>
    </w:p>
    <w:p>
      <w:pPr>
        <w:keepLines/>
        <w:spacing w:after="160"/>
      </w:pPr>
      <w:r>
        <w:rPr>
          <w:rFonts w:ascii="Arial" w:hAnsi="Arial"/>
          <w:b w:val="0"/>
          <w:i w:val="0"/>
          <w:color w:val="000000"/>
          <w:sz w:val="21"/>
        </w:rPr>
        <w:t>The Service Provider provides services relating to user interface development, the preparation of interactive prototypes and the creation of visual materials for the company's digital projects.</w:t>
      </w:r>
    </w:p>
    <w:p>
      <w:pPr>
        <w:keepLines/>
        <w:spacing w:after="160"/>
      </w:pPr>
      <w:r>
        <w:rPr>
          <w:rFonts w:ascii="Arial" w:hAnsi="Arial"/>
          <w:b w:val="0"/>
          <w:i w:val="0"/>
          <w:color w:val="000000"/>
          <w:sz w:val="21"/>
        </w:rPr>
        <w:t>For the period from 1 February 2026 to 31 July 2026, the average monthly payments to the Service Provider amounted to RUB 185,000 (one hundred and eighty-five thousand Russian roubles). These payments constitute remuneration for services actually rendered and do not constitute salary.</w:t>
      </w:r>
    </w:p>
    <w:p>
      <w:pPr>
        <w:keepLines/>
        <w:spacing w:after="160"/>
      </w:pPr>
      <w:r>
        <w:rPr>
          <w:rFonts w:ascii="Arial" w:hAnsi="Arial"/>
          <w:b w:val="0"/>
          <w:i w:val="0"/>
          <w:color w:val="000000"/>
          <w:sz w:val="21"/>
        </w:rPr>
        <w:t>The Agreement is valid until and including 31 December 2026. As of the date of this letter, the cooperation is ongoing and the services are provided remotely on a project basis.</w:t>
      </w:r>
    </w:p>
    <w:p>
      <w:pPr>
        <w:keepLines/>
        <w:spacing w:after="160"/>
      </w:pPr>
      <w:r>
        <w:rPr>
          <w:rFonts w:ascii="Arial" w:hAnsi="Arial"/>
          <w:b w:val="0"/>
          <w:i w:val="0"/>
          <w:color w:val="000000"/>
          <w:sz w:val="21"/>
        </w:rPr>
        <w:t>This letter has been issued at the Service Provider's request for presentation as required. The cooperation may be verified using the contact details of the Project Office shown on the letterhead.</w:t>
      </w:r>
    </w:p>
    <w:p>
      <w:pPr>
        <w:pStyle w:val="CertificateSignature"/>
        <w:keepLines/>
      </w:pPr>
      <w:r>
        <w:rPr>
          <w:rFonts w:ascii="Arial" w:hAnsi="Arial"/>
          <w:b w:val="0"/>
          <w:i w:val="0"/>
          <w:color w:val="000000"/>
          <w:sz w:val="21"/>
        </w:rPr>
        <w:t>Authorised signatory's position: Head of Project Office</w:t>
      </w:r>
    </w:p>
    <w:p>
      <w:pPr>
        <w:pStyle w:val="CertificateSignature"/>
        <w:keepLines/>
      </w:pPr>
      <w:r>
        <w:rPr>
          <w:rFonts w:ascii="Arial" w:hAnsi="Arial"/>
          <w:b w:val="0"/>
          <w:i w:val="0"/>
          <w:color w:val="000000"/>
          <w:sz w:val="21"/>
        </w:rPr>
        <w:t>Authorised signatory: M.V. Panina</w:t>
      </w:r>
    </w:p>
    <w:sectPr w:rsidR="002C36AE">
      <w:footerReference w:type="default" r:id="rId8"/>
      <w:footerReference w:type="first" r:id="rId9"/>
      <w:headerReference w:type="default" r:id="rId12"/>
      <w:headerReference w:type="first" r:id="rId13"/>
      <w:pgSz w:w="11906" w:h="16838"/>
      <w:pgMar w:top="1020" w:right="1247" w:bottom="1020" w:left="1247"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FF89A" w14:textId="77777777" w:rsidR="00E57EFB" w:rsidRDefault="00E57EFB">
      <w:pPr>
        <w:spacing w:after="0" w:line="240" w:lineRule="auto"/>
      </w:pPr>
      <w:r>
        <w:separator/>
      </w:r>
    </w:p>
  </w:endnote>
  <w:endnote w:type="continuationSeparator" w:id="0">
    <w:p w14:paraId="2F6E7A31" w14:textId="77777777" w:rsidR="00E57EFB" w:rsidRDefault="00E57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spacing w:before="0" w:after="0"/>
      <w:jc w:val="center"/>
    </w:pPr>
    <w:r>
      <w:rPr>
        <w:rFonts w:ascii="Arial" w:hAnsi="Arial"/>
        <w:b w:val="0"/>
        <w:i/>
        <w:color w:val="666666"/>
        <w:sz w:val="17"/>
      </w:rPr>
      <w:t>All names, dates, amounts and details in this document are fictional.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spacing w:before="0" w:after="0"/>
      <w:jc w:val="center"/>
    </w:pPr>
    <w:r>
      <w:rPr>
        <w:rFonts w:ascii="Arial" w:hAnsi="Arial"/>
        <w:b w:val="0"/>
        <w:i/>
        <w:color w:val="666666"/>
        <w:sz w:val="17"/>
      </w:rPr>
      <w:t>All names, dates, amounts and details in this document are fictional.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DAF40" w14:textId="77777777" w:rsidR="00E57EFB" w:rsidRDefault="00E57EFB">
      <w:pPr>
        <w:spacing w:after="0" w:line="240" w:lineRule="auto"/>
      </w:pPr>
      <w:r>
        <w:separator/>
      </w:r>
    </w:p>
  </w:footnote>
  <w:footnote w:type="continuationSeparator" w:id="0">
    <w:p w14:paraId="06DE164B" w14:textId="77777777" w:rsidR="00E57EFB" w:rsidRDefault="00E57EFB">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75310813">
    <w:abstractNumId w:val="8"/>
  </w:num>
  <w:num w:numId="2" w16cid:durableId="1811511129">
    <w:abstractNumId w:val="6"/>
  </w:num>
  <w:num w:numId="3" w16cid:durableId="1889756163">
    <w:abstractNumId w:val="5"/>
  </w:num>
  <w:num w:numId="4" w16cid:durableId="1340157499">
    <w:abstractNumId w:val="4"/>
  </w:num>
  <w:num w:numId="5" w16cid:durableId="1351032143">
    <w:abstractNumId w:val="7"/>
  </w:num>
  <w:num w:numId="6" w16cid:durableId="1195774720">
    <w:abstractNumId w:val="3"/>
  </w:num>
  <w:num w:numId="7" w16cid:durableId="1224023459">
    <w:abstractNumId w:val="2"/>
  </w:num>
  <w:num w:numId="8" w16cid:durableId="2074740395">
    <w:abstractNumId w:val="1"/>
  </w:num>
  <w:num w:numId="9" w16cid:durableId="906961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C74"/>
    <w:rsid w:val="00034616"/>
    <w:rsid w:val="0006063C"/>
    <w:rsid w:val="0015074B"/>
    <w:rsid w:val="0029639D"/>
    <w:rsid w:val="002C36AE"/>
    <w:rsid w:val="00326F90"/>
    <w:rsid w:val="00405C2B"/>
    <w:rsid w:val="009F7DA1"/>
    <w:rsid w:val="00A72E16"/>
    <w:rsid w:val="00AA1D8D"/>
    <w:rsid w:val="00B15C34"/>
    <w:rsid w:val="00B47730"/>
    <w:rsid w:val="00CB0664"/>
    <w:rsid w:val="00D049AB"/>
    <w:rsid w:val="00E57EFB"/>
    <w:rsid w:val="00F41C8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E4F20D"/>
  <w14:defaultImageDpi w14:val="300"/>
  <w15:docId w15:val="{B2FC4CFB-F12C-46EB-9B73-9B16D6519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60" w:before="0" w:line="240" w:lineRule="auto"/>
    </w:pPr>
    <w:rPr>
      <w:rFonts w:ascii="Arial" w:eastAsia="Arial" w:hAnsi="Arial"/>
      <w:color w:val="000000"/>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ertificateTitle">
    <w:name w:val="Certificate Title"/>
    <w:pPr>
      <w:keepNext/>
      <w:spacing w:before="200" w:after="280"/>
    </w:pPr>
    <w:rPr>
      <w:rFonts w:ascii="Arial" w:eastAsia="Arial" w:hAnsi="Arial"/>
      <w:b/>
      <w:color w:val="000000"/>
      <w:sz w:val="28"/>
    </w:rPr>
  </w:style>
  <w:style w:type="paragraph" w:customStyle="1" w:styleId="TemplateInstruction">
    <w:name w:val="Template Instruction"/>
    <w:pPr>
      <w:spacing w:after="360" w:line="240" w:lineRule="auto"/>
    </w:pPr>
    <w:rPr>
      <w:rFonts w:ascii="Arial" w:eastAsia="Arial" w:hAnsi="Arial"/>
      <w:i/>
      <w:color w:val="666666"/>
      <w:sz w:val="17"/>
    </w:rPr>
  </w:style>
  <w:style w:type="paragraph" w:customStyle="1" w:styleId="CertificateMetadata">
    <w:name w:val="Certificate Metadata"/>
    <w:pPr>
      <w:spacing w:after="40" w:line="240" w:lineRule="auto"/>
    </w:pPr>
    <w:rPr>
      <w:rFonts w:ascii="Arial" w:eastAsia="Arial" w:hAnsi="Arial"/>
      <w:color w:val="000000"/>
      <w:sz w:val="21"/>
    </w:rPr>
  </w:style>
  <w:style w:type="paragraph" w:customStyle="1" w:styleId="CertificateSignature">
    <w:name w:val="Certificate Signature"/>
    <w:pPr>
      <w:spacing w:after="100" w:line="240" w:lineRule="auto"/>
    </w:pPr>
    <w:rPr>
      <w:rFonts w:ascii="Arial" w:eastAsia="Arial" w:hAnsi="Arial"/>
      <w:color w:val="000000"/>
      <w:sz w:val="21"/>
    </w:rPr>
  </w:style>
  <w:style w:type="paragraph" w:customStyle="1" w:styleId="TranslationCompanyName">
    <w:name w:val="Translation Company Name"/>
    <w:pPr>
      <w:spacing w:before="0" w:after="40" w:line="240" w:lineRule="auto"/>
      <w:jc w:val="center"/>
    </w:pPr>
    <w:rPr>
      <w:rFonts w:ascii="Arial" w:hAnsi="Arial"/>
      <w:b/>
      <w:i w:val="0"/>
      <w:color w:val="000000"/>
      <w:sz w:val="22"/>
    </w:rPr>
  </w:style>
  <w:style w:type="paragraph" w:customStyle="1" w:styleId="TranslationCompanyDetail">
    <w:name w:val="Translation Company Detail"/>
    <w:pPr>
      <w:spacing w:before="0" w:after="20" w:line="240" w:lineRule="auto"/>
      <w:jc w:val="center"/>
    </w:pPr>
    <w:rPr>
      <w:rFonts w:ascii="Arial" w:hAnsi="Arial"/>
      <w:b w:val="0"/>
      <w:i w:val="0"/>
      <w:color w:val="000000"/>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2" Type="http://schemas.openxmlformats.org/officeDocument/2006/relationships/header" Target="header1.xml"/><Relationship Id="rId13"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Confirmation Of Cooperation</dc:title>
  <dc:subject>Translation of an employment document</dc:subject>
  <dc:creator>Go for Travel</dc:creator>
  <cp:keywords/>
  <dc:description>All names, dates, amounts and details are fictional.</dc:description>
  <cp:lastModifiedBy>Tamoshaytis Tomas</cp:lastModifiedBy>
  <cp:revision>4</cp:revision>
  <dcterms:created xsi:type="dcterms:W3CDTF">2026-07-29T08:08:00Z</dcterms:created>
  <dcterms:modified xsi:type="dcterms:W3CDTF">2026-07-29T08:10:00Z</dcterms:modified>
  <cp:category/>
</cp:coreProperties>
</file>