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emplateInstruction"/>
      </w:pPr>
      <w:r>
        <w:rPr>
          <w:rFonts w:ascii="Arial" w:hAnsi="Arial"/>
          <w:b w:val="0"/>
          <w:i/>
          <w:color w:val="666666"/>
          <w:sz w:val="17"/>
        </w:rPr>
        <w:t>Translation from Russian into English</w:t>
      </w:r>
    </w:p>
    <w:p>
      <w:pPr>
        <w:pStyle w:val="TranslationCompanyName"/>
      </w:pPr>
      <w:r>
        <w:rPr>
          <w:rFonts w:ascii="Arial" w:hAnsi="Arial"/>
          <w:b/>
          <w:i w:val="0"/>
          <w:color w:val="000000"/>
          <w:sz w:val="22"/>
        </w:rPr>
        <w:t>FORTIS MEDIA JSC</w:t>
      </w:r>
    </w:p>
    <w:p>
      <w:pPr>
        <w:pStyle w:val="TranslationCompanyDetail"/>
      </w:pPr>
      <w:r>
        <w:rPr>
          <w:rFonts w:ascii="Arial" w:hAnsi="Arial"/>
          <w:b w:val="0"/>
          <w:i w:val="0"/>
          <w:color w:val="000000"/>
          <w:sz w:val="17"/>
        </w:rPr>
        <w:t>COMMUNICATIONS AND MARKETING PROJECTS</w:t>
      </w:r>
    </w:p>
    <w:p>
      <w:pPr>
        <w:pStyle w:val="TranslationCompanyDetail"/>
      </w:pPr>
      <w:r>
        <w:rPr>
          <w:rFonts w:ascii="Arial" w:hAnsi="Arial"/>
          <w:b w:val="0"/>
          <w:i w:val="0"/>
          <w:color w:val="000000"/>
          <w:sz w:val="17"/>
        </w:rPr>
        <w:t>115114, Moscow, 7 Primernaya Embankment</w:t>
      </w:r>
    </w:p>
    <w:p>
      <w:pPr>
        <w:pStyle w:val="TranslationCompanyDetail"/>
      </w:pPr>
      <w:r>
        <w:rPr>
          <w:rFonts w:ascii="Arial" w:hAnsi="Arial"/>
          <w:b w:val="0"/>
          <w:i w:val="0"/>
          <w:color w:val="000000"/>
          <w:sz w:val="17"/>
        </w:rPr>
        <w:t>Taxpayer Identification Number (INN): 0000000000 | Tax Registration Reason Code (KPP): 000000000</w:t>
      </w:r>
    </w:p>
    <w:p>
      <w:pPr>
        <w:pStyle w:val="TranslationCompanyDetail"/>
      </w:pPr>
      <w:r>
        <w:rPr>
          <w:rFonts w:ascii="Arial" w:hAnsi="Arial"/>
          <w:b w:val="0"/>
          <w:i w:val="0"/>
          <w:color w:val="000000"/>
          <w:sz w:val="17"/>
        </w:rPr>
        <w:t>+7 (000) 000-00-00 | staff@example.com | www.example.com</w:t>
      </w:r>
    </w:p>
    <w:p>
      <w:pPr>
        <w:pStyle w:val="CertificateMetadata"/>
        <w:spacing w:after="40"/>
        <w:jc w:val="right"/>
      </w:pPr>
      <w:r>
        <w:rPr>
          <w:rFonts w:ascii="Arial" w:hAnsi="Arial"/>
          <w:b w:val="0"/>
          <w:i w:val="0"/>
          <w:color w:val="000000"/>
          <w:sz w:val="21"/>
        </w:rPr>
        <w:t>Ref. No. FM-119/26</w:t>
      </w:r>
    </w:p>
    <w:p>
      <w:pPr>
        <w:pStyle w:val="CertificateMetadata"/>
        <w:spacing w:after="40"/>
        <w:jc w:val="right"/>
      </w:pPr>
      <w:r>
        <w:rPr>
          <w:rFonts w:ascii="Arial" w:hAnsi="Arial"/>
          <w:b w:val="0"/>
          <w:i w:val="0"/>
          <w:color w:val="000000"/>
          <w:sz w:val="21"/>
        </w:rPr>
        <w:t>dated 5 August 2026</w:t>
      </w:r>
    </w:p>
    <w:p>
      <w:pPr>
        <w:pStyle w:val="CertificateMetadata"/>
        <w:spacing w:after="160"/>
        <w:jc w:val="right"/>
      </w:pPr>
      <w:r>
        <w:rPr>
          <w:rFonts w:ascii="Arial" w:hAnsi="Arial"/>
          <w:b w:val="0"/>
          <w:i w:val="0"/>
          <w:color w:val="000000"/>
          <w:sz w:val="21"/>
        </w:rPr>
        <w:t>To whom it may concern</w:t>
      </w:r>
    </w:p>
    <w:p>
      <w:pPr>
        <w:pStyle w:val="CertificateTitle"/>
        <w:keepNext/>
        <w:jc w:val="center"/>
      </w:pPr>
      <w:r>
        <w:rPr>
          <w:rFonts w:ascii="Arial" w:hAnsi="Arial"/>
          <w:b/>
          <w:i w:val="0"/>
          <w:color w:val="000000"/>
          <w:sz w:val="28"/>
        </w:rPr>
        <w:t>EMPLOYMENT CERTIFICATE</w:t>
      </w:r>
    </w:p>
    <w:p>
      <w:pPr>
        <w:keepLines/>
        <w:spacing w:after="160"/>
      </w:pPr>
      <w:r>
        <w:rPr>
          <w:rFonts w:ascii="Arial" w:hAnsi="Arial"/>
          <w:b w:val="0"/>
          <w:i w:val="0"/>
          <w:color w:val="000000"/>
          <w:sz w:val="21"/>
        </w:rPr>
        <w:t>This is to confirm that Ms Polina Olegovna Zakharova has been employed by Fortis Media JSC since 3 March 2026 as Marketing Project Manager pursuant to Fixed-Term Employment Agreement No. 42-TD dated 3 March 2026.</w:t>
      </w:r>
    </w:p>
    <w:p>
      <w:pPr>
        <w:keepLines/>
        <w:spacing w:after="160"/>
      </w:pPr>
      <w:r>
        <w:rPr>
          <w:rFonts w:ascii="Arial" w:hAnsi="Arial"/>
          <w:b w:val="0"/>
          <w:i w:val="0"/>
          <w:color w:val="000000"/>
          <w:sz w:val="21"/>
        </w:rPr>
        <w:t>The employment agreement is valid until and including 28 February 2027. The employee works on a full-time basis.</w:t>
      </w:r>
    </w:p>
    <w:p>
      <w:pPr>
        <w:keepLines/>
        <w:spacing w:after="160"/>
      </w:pPr>
      <w:r>
        <w:rPr>
          <w:rFonts w:ascii="Arial" w:hAnsi="Arial"/>
          <w:b w:val="0"/>
          <w:i w:val="0"/>
          <w:color w:val="000000"/>
          <w:sz w:val="21"/>
        </w:rPr>
        <w:t>The employee's monthly salary is RUB 210,000 (two hundred and ten thousand Russian roubles) before tax.</w:t>
      </w:r>
    </w:p>
    <w:p>
      <w:pPr>
        <w:keepLines/>
        <w:spacing w:after="160"/>
      </w:pPr>
      <w:r>
        <w:rPr>
          <w:rFonts w:ascii="Arial" w:hAnsi="Arial"/>
          <w:b w:val="0"/>
          <w:i w:val="0"/>
          <w:color w:val="000000"/>
          <w:sz w:val="21"/>
        </w:rPr>
        <w:t>The employee has been granted paid annual leave from 12 October 2026 to 23 October 2026. The employment agreement will remain in force, and the employee will resume her duties on 26 October 2026.</w:t>
      </w:r>
    </w:p>
    <w:p>
      <w:pPr>
        <w:keepLines/>
        <w:spacing w:after="160"/>
      </w:pPr>
      <w:r>
        <w:rPr>
          <w:rFonts w:ascii="Arial" w:hAnsi="Arial"/>
          <w:b w:val="0"/>
          <w:i w:val="0"/>
          <w:color w:val="000000"/>
          <w:sz w:val="21"/>
        </w:rPr>
        <w:t>This certificate has been issued for presentation as required. To verify the information, please contact the Human Resources Service using the contact details shown on the letterhead.</w:t>
      </w:r>
    </w:p>
    <w:p>
      <w:pPr>
        <w:pStyle w:val="CertificateSignature"/>
        <w:keepLines/>
      </w:pPr>
      <w:r>
        <w:rPr>
          <w:rFonts w:ascii="Arial" w:hAnsi="Arial"/>
          <w:b w:val="0"/>
          <w:i w:val="0"/>
          <w:color w:val="000000"/>
          <w:sz w:val="21"/>
        </w:rPr>
        <w:t>Authorised signatory's position: Human Resources Director</w:t>
      </w:r>
    </w:p>
    <w:p>
      <w:pPr>
        <w:pStyle w:val="CertificateSignature"/>
        <w:keepLines/>
      </w:pPr>
      <w:r>
        <w:rPr>
          <w:rFonts w:ascii="Arial" w:hAnsi="Arial"/>
          <w:b w:val="0"/>
          <w:i w:val="0"/>
          <w:color w:val="000000"/>
          <w:sz w:val="21"/>
        </w:rPr>
        <w:t>Authorised signatory: D.S. Markova</w:t>
      </w:r>
    </w:p>
    <w:sectPr w:rsidR="002C36AE">
      <w:footerReference w:type="default" r:id="rId8"/>
      <w:footerReference w:type="first" r:id="rId9"/>
      <w:headerReference w:type="default" r:id="rId12"/>
      <w:headerReference w:type="first" r:id="rId13"/>
      <w:pgSz w:w="11906" w:h="16838"/>
      <w:pgMar w:top="1020" w:right="1247" w:bottom="1020" w:left="124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FF89A" w14:textId="77777777" w:rsidR="00E57EFB" w:rsidRDefault="00E57EFB">
      <w:pPr>
        <w:spacing w:after="0" w:line="240" w:lineRule="auto"/>
      </w:pPr>
      <w:r>
        <w:separator/>
      </w:r>
    </w:p>
  </w:endnote>
  <w:endnote w:type="continuationSeparator" w:id="0">
    <w:p w14:paraId="2F6E7A31" w14:textId="77777777" w:rsidR="00E57EFB" w:rsidRDefault="00E57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before="0" w:after="0"/>
      <w:jc w:val="center"/>
    </w:pPr>
    <w:r>
      <w:rPr>
        <w:rFonts w:ascii="Arial" w:hAnsi="Arial"/>
        <w:b w:val="0"/>
        <w:i/>
        <w:color w:val="666666"/>
        <w:sz w:val="17"/>
      </w:rPr>
      <w:t>All names, dates, amounts and details in this document are fictional.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before="0" w:after="0"/>
      <w:jc w:val="center"/>
    </w:pPr>
    <w:r>
      <w:rPr>
        <w:rFonts w:ascii="Arial" w:hAnsi="Arial"/>
        <w:b w:val="0"/>
        <w:i/>
        <w:color w:val="666666"/>
        <w:sz w:val="17"/>
      </w:rPr>
      <w:t>All names, dates, amounts and details in this document are fictional.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DAF40" w14:textId="77777777" w:rsidR="00E57EFB" w:rsidRDefault="00E57EFB">
      <w:pPr>
        <w:spacing w:after="0" w:line="240" w:lineRule="auto"/>
      </w:pPr>
      <w:r>
        <w:separator/>
      </w:r>
    </w:p>
  </w:footnote>
  <w:footnote w:type="continuationSeparator" w:id="0">
    <w:p w14:paraId="06DE164B" w14:textId="77777777" w:rsidR="00E57EFB" w:rsidRDefault="00E57EFB">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5310813">
    <w:abstractNumId w:val="8"/>
  </w:num>
  <w:num w:numId="2" w16cid:durableId="1811511129">
    <w:abstractNumId w:val="6"/>
  </w:num>
  <w:num w:numId="3" w16cid:durableId="1889756163">
    <w:abstractNumId w:val="5"/>
  </w:num>
  <w:num w:numId="4" w16cid:durableId="1340157499">
    <w:abstractNumId w:val="4"/>
  </w:num>
  <w:num w:numId="5" w16cid:durableId="1351032143">
    <w:abstractNumId w:val="7"/>
  </w:num>
  <w:num w:numId="6" w16cid:durableId="1195774720">
    <w:abstractNumId w:val="3"/>
  </w:num>
  <w:num w:numId="7" w16cid:durableId="1224023459">
    <w:abstractNumId w:val="2"/>
  </w:num>
  <w:num w:numId="8" w16cid:durableId="2074740395">
    <w:abstractNumId w:val="1"/>
  </w:num>
  <w:num w:numId="9" w16cid:durableId="906961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C74"/>
    <w:rsid w:val="00034616"/>
    <w:rsid w:val="0006063C"/>
    <w:rsid w:val="0015074B"/>
    <w:rsid w:val="0029639D"/>
    <w:rsid w:val="002C36AE"/>
    <w:rsid w:val="00326F90"/>
    <w:rsid w:val="00405C2B"/>
    <w:rsid w:val="009F7DA1"/>
    <w:rsid w:val="00A72E16"/>
    <w:rsid w:val="00AA1D8D"/>
    <w:rsid w:val="00B15C34"/>
    <w:rsid w:val="00B47730"/>
    <w:rsid w:val="00CB0664"/>
    <w:rsid w:val="00D049AB"/>
    <w:rsid w:val="00E57EFB"/>
    <w:rsid w:val="00F41C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E4F20D"/>
  <w14:defaultImageDpi w14:val="300"/>
  <w15:docId w15:val="{B2FC4CFB-F12C-46EB-9B73-9B16D651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60" w:before="0" w:line="240" w:lineRule="auto"/>
    </w:pPr>
    <w:rPr>
      <w:rFonts w:ascii="Arial" w:eastAsia="Arial" w:hAnsi="Arial"/>
      <w:color w:val="000000"/>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ertificateTitle">
    <w:name w:val="Certificate Title"/>
    <w:pPr>
      <w:keepNext/>
      <w:spacing w:before="200" w:after="280"/>
    </w:pPr>
    <w:rPr>
      <w:rFonts w:ascii="Arial" w:eastAsia="Arial" w:hAnsi="Arial"/>
      <w:b/>
      <w:color w:val="000000"/>
      <w:sz w:val="28"/>
    </w:rPr>
  </w:style>
  <w:style w:type="paragraph" w:customStyle="1" w:styleId="TemplateInstruction">
    <w:name w:val="Template Instruction"/>
    <w:pPr>
      <w:spacing w:after="360" w:line="240" w:lineRule="auto"/>
    </w:pPr>
    <w:rPr>
      <w:rFonts w:ascii="Arial" w:eastAsia="Arial" w:hAnsi="Arial"/>
      <w:i/>
      <w:color w:val="666666"/>
      <w:sz w:val="17"/>
    </w:rPr>
  </w:style>
  <w:style w:type="paragraph" w:customStyle="1" w:styleId="CertificateMetadata">
    <w:name w:val="Certificate Metadata"/>
    <w:pPr>
      <w:spacing w:after="40" w:line="240" w:lineRule="auto"/>
    </w:pPr>
    <w:rPr>
      <w:rFonts w:ascii="Arial" w:eastAsia="Arial" w:hAnsi="Arial"/>
      <w:color w:val="000000"/>
      <w:sz w:val="21"/>
    </w:rPr>
  </w:style>
  <w:style w:type="paragraph" w:customStyle="1" w:styleId="CertificateSignature">
    <w:name w:val="Certificate Signature"/>
    <w:pPr>
      <w:spacing w:after="100" w:line="240" w:lineRule="auto"/>
    </w:pPr>
    <w:rPr>
      <w:rFonts w:ascii="Arial" w:eastAsia="Arial" w:hAnsi="Arial"/>
      <w:color w:val="000000"/>
      <w:sz w:val="21"/>
    </w:rPr>
  </w:style>
  <w:style w:type="paragraph" w:customStyle="1" w:styleId="TranslationCompanyName">
    <w:name w:val="Translation Company Name"/>
    <w:pPr>
      <w:spacing w:before="0" w:after="40" w:line="240" w:lineRule="auto"/>
      <w:jc w:val="center"/>
    </w:pPr>
    <w:rPr>
      <w:rFonts w:ascii="Arial" w:hAnsi="Arial"/>
      <w:b/>
      <w:i w:val="0"/>
      <w:color w:val="000000"/>
      <w:sz w:val="22"/>
    </w:rPr>
  </w:style>
  <w:style w:type="paragraph" w:customStyle="1" w:styleId="TranslationCompanyDetail">
    <w:name w:val="Translation Company Detail"/>
    <w:pPr>
      <w:spacing w:before="0" w:after="20" w:line="240" w:lineRule="auto"/>
      <w:jc w:val="center"/>
    </w:pPr>
    <w:rPr>
      <w:rFonts w:ascii="Arial" w:hAnsi="Arial"/>
      <w:b w:val="0"/>
      <w:i w:val="0"/>
      <w:color w:val="00000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Certificate</dc:title>
  <dc:subject>Translation of an employment document</dc:subject>
  <dc:creator>Go for Travel</dc:creator>
  <cp:keywords/>
  <dc:description>All names, dates, amounts and details are fictional.</dc:description>
  <cp:lastModifiedBy>Tamoshaytis Tomas</cp:lastModifiedBy>
  <cp:revision>4</cp:revision>
  <dcterms:created xsi:type="dcterms:W3CDTF">2026-07-29T08:08:00Z</dcterms:created>
  <dcterms:modified xsi:type="dcterms:W3CDTF">2026-07-29T08:10:00Z</dcterms:modified>
  <cp:category/>
</cp:coreProperties>
</file>