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emplateInstruction"/>
      </w:pPr>
      <w:r>
        <w:rPr>
          <w:rFonts w:ascii="Arial" w:hAnsi="Arial"/>
          <w:b w:val="0"/>
          <w:i/>
          <w:color w:val="666666"/>
          <w:sz w:val="17"/>
        </w:rPr>
        <w:t>Original document in English</w:t>
      </w:r>
    </w:p>
    <w:p>
      <w:pPr>
        <w:pStyle w:val="TranslationCompanyName"/>
      </w:pPr>
      <w:r>
        <w:rPr>
          <w:rFonts w:ascii="Arial" w:hAnsi="Arial"/>
          <w:b/>
          <w:i w:val="0"/>
          <w:color w:val="000000"/>
          <w:sz w:val="22"/>
        </w:rPr>
        <w:t>CEDARLINE DIGITAL LLC</w:t>
      </w:r>
    </w:p>
    <w:p>
      <w:pPr>
        <w:pStyle w:val="TranslationCompanyDetail"/>
      </w:pPr>
      <w:r>
        <w:rPr>
          <w:rFonts w:ascii="Arial" w:hAnsi="Arial"/>
          <w:b w:val="0"/>
          <w:i w:val="0"/>
          <w:color w:val="000000"/>
          <w:sz w:val="17"/>
        </w:rPr>
        <w:t>DIGITAL PRODUCT AND OPERATIONS SOLUTIONS</w:t>
      </w:r>
    </w:p>
    <w:p>
      <w:pPr>
        <w:pStyle w:val="TranslationCompanyDetail"/>
      </w:pPr>
      <w:r>
        <w:rPr>
          <w:rFonts w:ascii="Arial" w:hAnsi="Arial"/>
          <w:b w:val="0"/>
          <w:i w:val="0"/>
          <w:color w:val="000000"/>
          <w:sz w:val="17"/>
        </w:rPr>
        <w:t>18 Testovaya Street, Example Business Centre, Moscow 000000, Russian Federation</w:t>
      </w:r>
    </w:p>
    <w:p>
      <w:pPr>
        <w:pStyle w:val="TranslationCompanyDetail"/>
      </w:pPr>
      <w:r>
        <w:rPr>
          <w:rFonts w:ascii="Arial" w:hAnsi="Arial"/>
          <w:b w:val="0"/>
          <w:i w:val="0"/>
          <w:color w:val="000000"/>
          <w:sz w:val="17"/>
        </w:rPr>
        <w:t>Tax ID: 0000000000</w:t>
      </w:r>
    </w:p>
    <w:p>
      <w:pPr>
        <w:pStyle w:val="TranslationCompanyDetail"/>
      </w:pPr>
      <w:r>
        <w:rPr>
          <w:rFonts w:ascii="Arial" w:hAnsi="Arial"/>
          <w:b w:val="0"/>
          <w:i w:val="0"/>
          <w:color w:val="000000"/>
          <w:sz w:val="17"/>
        </w:rPr>
        <w:t>+7 (000) 000-00-00 | hr@example.com | www.example.com</w:t>
      </w:r>
    </w:p>
    <w:p>
      <w:pPr>
        <w:pStyle w:val="CertificateMetadata"/>
        <w:spacing w:after="40"/>
        <w:jc w:val="right"/>
      </w:pPr>
      <w:r>
        <w:rPr>
          <w:rFonts w:ascii="Arial" w:hAnsi="Arial"/>
          <w:b w:val="0"/>
          <w:i w:val="0"/>
          <w:color w:val="000000"/>
          <w:sz w:val="21"/>
        </w:rPr>
        <w:t>Ref: CLD/HR/2026-091</w:t>
      </w:r>
    </w:p>
    <w:p>
      <w:pPr>
        <w:pStyle w:val="CertificateMetadata"/>
        <w:spacing w:after="40"/>
        <w:jc w:val="right"/>
      </w:pPr>
      <w:r>
        <w:rPr>
          <w:rFonts w:ascii="Arial" w:hAnsi="Arial"/>
          <w:b w:val="0"/>
          <w:i w:val="0"/>
          <w:color w:val="000000"/>
          <w:sz w:val="21"/>
        </w:rPr>
        <w:t>Date: 28 July 2026</w:t>
      </w:r>
    </w:p>
    <w:p>
      <w:pPr>
        <w:pStyle w:val="CertificateMetadata"/>
        <w:spacing w:after="160"/>
        <w:jc w:val="right"/>
      </w:pPr>
      <w:r>
        <w:rPr>
          <w:rFonts w:ascii="Arial" w:hAnsi="Arial"/>
          <w:b w:val="0"/>
          <w:i w:val="0"/>
          <w:color w:val="000000"/>
          <w:sz w:val="21"/>
        </w:rPr>
        <w:t>To: UK Visas and Immigration</w:t>
      </w:r>
    </w:p>
    <w:p>
      <w:pPr>
        <w:pStyle w:val="CertificateTitle"/>
        <w:keepNext/>
        <w:jc w:val="center"/>
      </w:pPr>
      <w:r>
        <w:rPr>
          <w:rFonts w:ascii="Arial" w:hAnsi="Arial"/>
          <w:b/>
          <w:i w:val="0"/>
          <w:color w:val="000000"/>
          <w:sz w:val="28"/>
        </w:rPr>
        <w:t>EMPLOYMENT CONFIRMATION</w:t>
      </w:r>
    </w:p>
    <w:p>
      <w:pPr>
        <w:keepLines/>
        <w:spacing w:after="160"/>
      </w:pPr>
      <w:r>
        <w:rPr>
          <w:rFonts w:ascii="Arial" w:hAnsi="Arial"/>
          <w:b w:val="0"/>
          <w:i w:val="0"/>
          <w:color w:val="000000"/>
          <w:sz w:val="21"/>
        </w:rPr>
        <w:t>Dear Sir or Madam,</w:t>
      </w:r>
    </w:p>
    <w:p>
      <w:pPr>
        <w:keepLines/>
        <w:spacing w:after="160"/>
      </w:pPr>
      <w:r>
        <w:rPr>
          <w:rFonts w:ascii="Arial" w:hAnsi="Arial"/>
          <w:b w:val="0"/>
          <w:i w:val="0"/>
          <w:color w:val="000000"/>
          <w:sz w:val="21"/>
        </w:rPr>
        <w:t>This is to confirm that Ms Elena Morozova has been employed by Cedarline Digital LLC since 7 November 2020. She is employed on a permanent, full-time basis in the position of Product Operations Manager.</w:t>
      </w:r>
    </w:p>
    <w:p>
      <w:pPr>
        <w:keepLines/>
        <w:spacing w:after="160"/>
      </w:pPr>
      <w:r>
        <w:rPr>
          <w:rFonts w:ascii="Arial" w:hAnsi="Arial"/>
          <w:b w:val="0"/>
          <w:i w:val="0"/>
          <w:color w:val="000000"/>
          <w:sz w:val="21"/>
        </w:rPr>
        <w:t>Her current gross monthly salary is RUB 362,000 (three hundred and sixty-two thousand Russian roubles), including regular performance-related bonuses.</w:t>
      </w:r>
    </w:p>
    <w:p>
      <w:pPr>
        <w:keepLines/>
        <w:spacing w:after="160"/>
      </w:pPr>
      <w:r>
        <w:rPr>
          <w:rFonts w:ascii="Arial" w:hAnsi="Arial"/>
          <w:b w:val="0"/>
          <w:i w:val="0"/>
          <w:color w:val="000000"/>
          <w:sz w:val="21"/>
        </w:rPr>
        <w:t>Ms Morozova has been granted paid annual leave from 14 to 27 September 2026 inclusive. She will remain employed by the company throughout her leave and is expected to resume her duties on 28 September 2026.</w:t>
      </w:r>
    </w:p>
    <w:p>
      <w:pPr>
        <w:keepLines/>
        <w:spacing w:after="160"/>
      </w:pPr>
      <w:r>
        <w:rPr>
          <w:rFonts w:ascii="Arial" w:hAnsi="Arial"/>
          <w:b w:val="0"/>
          <w:i w:val="0"/>
          <w:color w:val="000000"/>
          <w:sz w:val="21"/>
        </w:rPr>
        <w:t>This letter has been issued at Ms Morozova's request in support of her application for a UK Standard Visitor visa. Should you require any further information, please contact the Human Resources Department using the contact details set out above.</w:t>
      </w:r>
    </w:p>
    <w:p>
      <w:pPr>
        <w:keepLines/>
        <w:spacing w:after="160"/>
      </w:pPr>
      <w:r>
        <w:rPr>
          <w:rFonts w:ascii="Arial" w:hAnsi="Arial"/>
          <w:b w:val="0"/>
          <w:i w:val="0"/>
          <w:color w:val="000000"/>
          <w:sz w:val="21"/>
        </w:rPr>
        <w:t>Yours faithfully,</w:t>
      </w:r>
    </w:p>
    <w:p>
      <w:pPr>
        <w:pStyle w:val="CertificateSignature"/>
        <w:keepLines/>
      </w:pPr>
      <w:r>
        <w:rPr>
          <w:rFonts w:ascii="Arial" w:hAnsi="Arial"/>
          <w:b w:val="0"/>
          <w:i w:val="0"/>
          <w:color w:val="000000"/>
          <w:sz w:val="21"/>
        </w:rPr>
        <w:t>Authorised signatory's position: Head of Human Resources</w:t>
      </w:r>
    </w:p>
    <w:p>
      <w:pPr>
        <w:pStyle w:val="CertificateSignature"/>
        <w:keepLines/>
      </w:pPr>
      <w:r>
        <w:rPr>
          <w:rFonts w:ascii="Arial" w:hAnsi="Arial"/>
          <w:b w:val="0"/>
          <w:i w:val="0"/>
          <w:color w:val="000000"/>
          <w:sz w:val="21"/>
        </w:rPr>
        <w:t>Authorised signatory: Natalia Volkova</w:t>
      </w:r>
    </w:p>
    <w:sectPr w:rsidR="002C36AE">
      <w:footerReference w:type="default" r:id="rId8"/>
      <w:footerReference w:type="first" r:id="rId9"/>
      <w:headerReference w:type="default" r:id="rId12"/>
      <w:headerReference w:type="first" r:id="rId13"/>
      <w:pgSz w:w="11906" w:h="16838"/>
      <w:pgMar w:top="1020" w:right="1247" w:bottom="1020" w:left="124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F89A" w14:textId="77777777" w:rsidR="00E57EFB" w:rsidRDefault="00E57EFB">
      <w:pPr>
        <w:spacing w:after="0" w:line="240" w:lineRule="auto"/>
      </w:pPr>
      <w:r>
        <w:separator/>
      </w:r>
    </w:p>
  </w:endnote>
  <w:endnote w:type="continuationSeparator" w:id="0">
    <w:p w14:paraId="2F6E7A31" w14:textId="77777777" w:rsidR="00E57EFB" w:rsidRDefault="00E5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AF40" w14:textId="77777777" w:rsidR="00E57EFB" w:rsidRDefault="00E57EFB">
      <w:pPr>
        <w:spacing w:after="0" w:line="240" w:lineRule="auto"/>
      </w:pPr>
      <w:r>
        <w:separator/>
      </w:r>
    </w:p>
  </w:footnote>
  <w:footnote w:type="continuationSeparator" w:id="0">
    <w:p w14:paraId="06DE164B" w14:textId="77777777" w:rsidR="00E57EFB" w:rsidRDefault="00E57EF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5310813">
    <w:abstractNumId w:val="8"/>
  </w:num>
  <w:num w:numId="2" w16cid:durableId="1811511129">
    <w:abstractNumId w:val="6"/>
  </w:num>
  <w:num w:numId="3" w16cid:durableId="1889756163">
    <w:abstractNumId w:val="5"/>
  </w:num>
  <w:num w:numId="4" w16cid:durableId="1340157499">
    <w:abstractNumId w:val="4"/>
  </w:num>
  <w:num w:numId="5" w16cid:durableId="1351032143">
    <w:abstractNumId w:val="7"/>
  </w:num>
  <w:num w:numId="6" w16cid:durableId="1195774720">
    <w:abstractNumId w:val="3"/>
  </w:num>
  <w:num w:numId="7" w16cid:durableId="1224023459">
    <w:abstractNumId w:val="2"/>
  </w:num>
  <w:num w:numId="8" w16cid:durableId="2074740395">
    <w:abstractNumId w:val="1"/>
  </w:num>
  <w:num w:numId="9" w16cid:durableId="90696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C74"/>
    <w:rsid w:val="00034616"/>
    <w:rsid w:val="0006063C"/>
    <w:rsid w:val="0015074B"/>
    <w:rsid w:val="0029639D"/>
    <w:rsid w:val="002C36AE"/>
    <w:rsid w:val="00326F90"/>
    <w:rsid w:val="00405C2B"/>
    <w:rsid w:val="009F7DA1"/>
    <w:rsid w:val="00A72E16"/>
    <w:rsid w:val="00AA1D8D"/>
    <w:rsid w:val="00B15C34"/>
    <w:rsid w:val="00B47730"/>
    <w:rsid w:val="00CB0664"/>
    <w:rsid w:val="00D049AB"/>
    <w:rsid w:val="00E57EFB"/>
    <w:rsid w:val="00F41C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E4F20D"/>
  <w14:defaultImageDpi w14:val="300"/>
  <w15:docId w15:val="{B2FC4CFB-F12C-46EB-9B73-9B16D651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60" w:before="0" w:line="240" w:lineRule="auto"/>
    </w:pPr>
    <w:rPr>
      <w:rFonts w:ascii="Arial" w:eastAsia="Arial" w:hAnsi="Arial"/>
      <w:color w:val="000000"/>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rtificateTitle">
    <w:name w:val="Certificate Title"/>
    <w:pPr>
      <w:keepNext/>
      <w:spacing w:before="200" w:after="280"/>
    </w:pPr>
    <w:rPr>
      <w:rFonts w:ascii="Arial" w:eastAsia="Arial" w:hAnsi="Arial"/>
      <w:b/>
      <w:color w:val="000000"/>
      <w:sz w:val="28"/>
    </w:rPr>
  </w:style>
  <w:style w:type="paragraph" w:customStyle="1" w:styleId="TemplateInstruction">
    <w:name w:val="Template Instruction"/>
    <w:pPr>
      <w:spacing w:after="360" w:line="240" w:lineRule="auto"/>
    </w:pPr>
    <w:rPr>
      <w:rFonts w:ascii="Arial" w:eastAsia="Arial" w:hAnsi="Arial"/>
      <w:i/>
      <w:color w:val="666666"/>
      <w:sz w:val="17"/>
    </w:rPr>
  </w:style>
  <w:style w:type="paragraph" w:customStyle="1" w:styleId="CertificateMetadata">
    <w:name w:val="Certificate Metadata"/>
    <w:pPr>
      <w:spacing w:after="40" w:line="240" w:lineRule="auto"/>
    </w:pPr>
    <w:rPr>
      <w:rFonts w:ascii="Arial" w:eastAsia="Arial" w:hAnsi="Arial"/>
      <w:color w:val="000000"/>
      <w:sz w:val="21"/>
    </w:rPr>
  </w:style>
  <w:style w:type="paragraph" w:customStyle="1" w:styleId="CertificateSignature">
    <w:name w:val="Certificate Signature"/>
    <w:pPr>
      <w:spacing w:after="100" w:line="240" w:lineRule="auto"/>
    </w:pPr>
    <w:rPr>
      <w:rFonts w:ascii="Arial" w:eastAsia="Arial" w:hAnsi="Arial"/>
      <w:color w:val="000000"/>
      <w:sz w:val="21"/>
    </w:rPr>
  </w:style>
  <w:style w:type="paragraph" w:customStyle="1" w:styleId="TranslationCompanyName">
    <w:name w:val="Translation Company Name"/>
    <w:pPr>
      <w:spacing w:before="0" w:after="40" w:line="240" w:lineRule="auto"/>
      <w:jc w:val="center"/>
    </w:pPr>
    <w:rPr>
      <w:rFonts w:ascii="Arial" w:hAnsi="Arial"/>
      <w:b/>
      <w:i w:val="0"/>
      <w:color w:val="000000"/>
      <w:sz w:val="22"/>
    </w:rPr>
  </w:style>
  <w:style w:type="paragraph" w:customStyle="1" w:styleId="TranslationCompanyDetail">
    <w:name w:val="Translation Company Detail"/>
    <w:pPr>
      <w:spacing w:before="0" w:after="20" w:line="240" w:lineRule="auto"/>
      <w:jc w:val="center"/>
    </w:pPr>
    <w:rPr>
      <w:rFonts w:ascii="Arial" w:hAnsi="Arial"/>
      <w:b w:val="0"/>
      <w:i w:val="0"/>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Confirmation</dc:title>
  <dc:subject>Employment confirmation in English</dc:subject>
  <dc:creator>Go for Travel</dc:creator>
  <cp:keywords/>
  <dc:description>All names, dates, amounts and details are fictional.</dc:description>
  <cp:lastModifiedBy>Tamoshaytis Tomas</cp:lastModifiedBy>
  <cp:revision>4</cp:revision>
  <dcterms:created xsi:type="dcterms:W3CDTF">2026-07-29T08:08:00Z</dcterms:created>
  <dcterms:modified xsi:type="dcterms:W3CDTF">2026-07-29T08:10:00Z</dcterms:modified>
  <cp:category/>
</cp:coreProperties>
</file>